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Lena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Kauffrau für Büromanagement</w:t>
      </w:r>
    </w:p>
    <w:p>
      <w:pPr>
        <w:spacing w:after="0"/>
      </w:pPr>
      <w:r>
        <w:rPr>
          <w:b w:val="0"/>
          <w:i w:val="0"/>
          <w:sz w:val="19"/>
        </w:rPr>
        <w:t>[Straße Hausnummer] · [PLZ Ort] · [Telefonnummer] · lena.beispiel@example.com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Kauffrau für Büromanagement mit [Anzahl] Jahren Erfahrung in Auftragsbearbeitung und Terminplanung. Schwerpunkt: Abläufe im Büro verlässlich organisieren und Kundinnen am Telefon schnell weiterhelfen. Sucht eine Stelle als [Zielrolle] in [Branche oder Region].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Sachbearbeiterin Auftragsabwicklung</w:t>
            </w:r>
          </w:p>
          <w:p>
            <w:r>
              <w:rPr>
                <w:color w:val="6B6B66"/>
              </w:rPr>
              <w:t>Beispiel Logistik GmbH, [Ort]</w:t>
            </w:r>
          </w:p>
          <w:p>
            <w:pPr>
              <w:pStyle w:val="ListBullet"/>
              <w:spacing w:after="20"/>
            </w:pPr>
            <w:r>
              <w:t>Bearbeitet Kundenaufträge vom Eingang bis zur Rechnung im Warenwirtschaftssystem [Systemname]</w:t>
            </w:r>
          </w:p>
          <w:p>
            <w:pPr>
              <w:pStyle w:val="ListBullet"/>
              <w:spacing w:after="20"/>
            </w:pPr>
            <w:r>
              <w:t>Koordiniert Liefertermine mit Lager und Spedition und informiert Kundinnen bei Änderungen</w:t>
            </w:r>
          </w:p>
          <w:p>
            <w:pPr>
              <w:pStyle w:val="ListBullet"/>
              <w:spacing w:after="160"/>
            </w:pPr>
            <w:r>
              <w:t>Hat neue Kolleginnen in die Auftragserfassung eingearbeitet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08/2019 – 02/2022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Kauffrau für Büromanagement</w:t>
            </w:r>
          </w:p>
          <w:p>
            <w:r>
              <w:rPr>
                <w:color w:val="6B6B66"/>
              </w:rPr>
              <w:t>Musterfirma Haustechnik KG, [Ort]</w:t>
            </w:r>
          </w:p>
          <w:p>
            <w:pPr>
              <w:pStyle w:val="ListBullet"/>
              <w:spacing w:after="20"/>
            </w:pPr>
            <w:r>
              <w:t>Terminplanung für [Anzahl] Monteure, Angebote und Rechnungen vorbereitet</w:t>
            </w:r>
          </w:p>
          <w:p>
            <w:pPr>
              <w:pStyle w:val="ListBullet"/>
              <w:spacing w:after="160"/>
            </w:pPr>
            <w:r>
              <w:t>Erste Ansprechpartnerin am Telefon für Rückfragen zu Aufträgen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08/2016 – 07/2019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Ausbildung zur Kauffrau für Büromanagement (IHK)</w:t>
            </w:r>
          </w:p>
          <w:p>
            <w:r>
              <w:rPr>
                <w:color w:val="6B6B66"/>
              </w:rPr>
              <w:t>Musterfirma Haustechnik KG, [Ort]</w:t>
            </w:r>
          </w:p>
          <w:p>
            <w:pPr>
              <w:pStyle w:val="ListBullet"/>
              <w:spacing w:after="160"/>
            </w:pPr>
            <w:r>
              <w:t>Abschlussnote: [Note, optional]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08/2010 – 07/2016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Mittlere Reife</w:t>
            </w:r>
          </w:p>
          <w:p>
            <w:pPr>
              <w:spacing w:after="160"/>
            </w:pPr>
            <w:r>
              <w:rPr>
                <w:color w:val="6B6B66"/>
              </w:rPr>
              <w:t>[Name der Schule], [Ort]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EDV</w:t>
            </w:r>
          </w:p>
        </w:tc>
        <w:tc>
          <w:tcPr>
            <w:tcW w:type="dxa" w:w="7427"/>
          </w:tcPr>
          <w:p>
            <w:r>
              <w:t>MS Office (Word, Excel sehr gut, Outlook), [Warenwirtschaftssystem]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(B2), [weitere Sprache, Niveau]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Klasse 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Weiterbildung</w:t>
            </w:r>
          </w:p>
        </w:tc>
        <w:tc>
          <w:tcPr>
            <w:tcW w:type="dxa" w:w="7427"/>
          </w:tcPr>
          <w:p>
            <w:r>
              <w:t>[Kurs, Anbieter,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klassisch</dc:title>
  <dc:subject>Lebenslauf, klassisch, einspaltig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