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tbl>
      <w:tblPr>
        <w:tblW w:type="dxa" w:w="9865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1F4E79"/>
          </w:tcPr>
          <w:p>
            <w:r>
              <w:rPr>
                <w:b/>
                <w:color w:val="FFFFFF"/>
                <w:sz w:val="48"/>
              </w:rPr>
              <w:t>Jonas Beispiel</w:t>
            </w:r>
          </w:p>
          <w:p>
            <w:r>
              <w:rPr>
                <w:color w:val="DDE6F0"/>
                <w:sz w:val="25"/>
              </w:rPr>
              <w:t>Junior Data Analyst</w:t>
            </w:r>
          </w:p>
          <w:p>
            <w:pPr>
              <w:spacing w:after="120"/>
            </w:pPr>
            <w:r>
              <w:rPr>
                <w:color w:val="FFFFFF"/>
                <w:sz w:val="19"/>
              </w:rPr>
              <w:t>[PLZ Ort] · [Telefonnummer] · jonas.beispiel@example.com · [LinkedIn-Profil, optional]</w:t>
            </w:r>
          </w:p>
        </w:tc>
      </w:tr>
    </w:tbl>
    <w:p>
      <w:pPr>
        <w:spacing w:after="40"/>
      </w:pPr>
    </w:p>
    <w:p>
      <w:pPr>
        <w:pBdr>
          <w:bottom w:val="single" w:sz="6" w:space="1" w:color="1F4E79"/>
        </w:pBdr>
        <w:spacing w:after="80" w:before="240"/>
      </w:pPr>
      <w:r>
        <w:rPr>
          <w:b/>
          <w:i w:val="0"/>
          <w:color w:val="1F4E79"/>
          <w:sz w:val="22"/>
        </w:rPr>
        <w:t>PROFIL</w:t>
      </w:r>
    </w:p>
    <w:p>
      <w:r>
        <w:rPr>
          <w:b w:val="0"/>
          <w:i w:val="0"/>
        </w:rPr>
        <w:t>Wirtschaftsinformatiker mit Praxiserfahrung in Datenaufbereitung und Reporting. Baut Auswertungen in SQL und Python, erklärt Ergebnisse verständlich für Fachabteilungen und sucht den Einstieg als [Zielrolle] bei [Firma].</w:t>
      </w:r>
    </w:p>
    <w:p>
      <w:pPr>
        <w:pBdr>
          <w:bottom w:val="single" w:sz="6" w:space="1" w:color="1F4E79"/>
        </w:pBdr>
        <w:spacing w:after="80" w:before="240"/>
      </w:pPr>
      <w:r>
        <w:rPr>
          <w:b/>
          <w:i w:val="0"/>
          <w:color w:val="1F4E79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10/2024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Werkstudent Business Intelligence</w:t>
            </w:r>
          </w:p>
          <w:p>
            <w:r>
              <w:rPr>
                <w:color w:val="6B6B66"/>
              </w:rPr>
              <w:t>Beispiel Handel AG, [Ort]</w:t>
            </w:r>
          </w:p>
          <w:p>
            <w:pPr>
              <w:pStyle w:val="ListBullet"/>
              <w:spacing w:after="20"/>
            </w:pPr>
            <w:r>
              <w:t>Monatliches Vertriebsreporting von Excel auf ein Dashboard in [BI-Tool] umgestellt</w:t>
            </w:r>
          </w:p>
          <w:p>
            <w:pPr>
              <w:pStyle w:val="ListBullet"/>
              <w:spacing w:after="160"/>
            </w:pPr>
            <w:r>
              <w:t>Datenqualität geprüft und Abweichungen mit dem Vertrieb geklärt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03/2024 – 08/2024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Praktikum Controlling</w:t>
            </w:r>
          </w:p>
          <w:p>
            <w:r>
              <w:rPr>
                <w:color w:val="6B6B66"/>
              </w:rPr>
              <w:t>Musterwerk GmbH, [Ort]</w:t>
            </w:r>
          </w:p>
          <w:p>
            <w:pPr>
              <w:pStyle w:val="ListBullet"/>
              <w:spacing w:after="160"/>
            </w:pPr>
            <w:r>
              <w:t>Kostenstellenberichte vorbereitet und eine Abfrage für den Monatsabschluss automatisiert</w:t>
            </w:r>
          </w:p>
        </w:tc>
      </w:tr>
    </w:tbl>
    <w:p>
      <w:pPr>
        <w:pBdr>
          <w:bottom w:val="single" w:sz="6" w:space="1" w:color="1F4E79"/>
        </w:pBdr>
        <w:spacing w:after="80" w:before="240"/>
      </w:pPr>
      <w:r>
        <w:rPr>
          <w:b/>
          <w:i w:val="0"/>
          <w:color w:val="1F4E79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10/2021 – 09/2025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B.Sc. Wirtschaftsinformatik</w:t>
            </w:r>
          </w:p>
          <w:p>
            <w:r>
              <w:rPr>
                <w:color w:val="6B6B66"/>
              </w:rPr>
              <w:t>Hochschule Beispielstadt</w:t>
            </w:r>
          </w:p>
          <w:p>
            <w:pPr>
              <w:pStyle w:val="ListBullet"/>
              <w:spacing w:after="20"/>
            </w:pPr>
            <w:r>
              <w:t>Abschlussarbeit: [Thema]</w:t>
            </w:r>
          </w:p>
          <w:p>
            <w:pPr>
              <w:pStyle w:val="ListBullet"/>
              <w:spacing w:after="160"/>
            </w:pPr>
            <w:r>
              <w:t>Schwerpunkt: Datenanalyse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Abitur</w:t>
            </w:r>
          </w:p>
          <w:p>
            <w:pPr>
              <w:spacing w:after="160"/>
            </w:pPr>
            <w:r>
              <w:rPr>
                <w:color w:val="6B6B66"/>
              </w:rPr>
              <w:t>[Name der Schule], [Ort]</w:t>
            </w:r>
          </w:p>
        </w:tc>
      </w:tr>
    </w:tbl>
    <w:p>
      <w:pPr>
        <w:pBdr>
          <w:bottom w:val="single" w:sz="6" w:space="1" w:color="1F4E79"/>
        </w:pBdr>
        <w:spacing w:after="80" w:before="240"/>
      </w:pPr>
      <w:r>
        <w:rPr>
          <w:b/>
          <w:i w:val="0"/>
          <w:color w:val="1F4E79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Daten</w:t>
            </w:r>
          </w:p>
        </w:tc>
        <w:tc>
          <w:tcPr>
            <w:tcW w:type="dxa" w:w="7427"/>
          </w:tcPr>
          <w:p>
            <w:r>
              <w:t>SQL (sehr gut), Python mit pandas (gut), Excel mit Power Query (sehr gut)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Tools</w:t>
            </w:r>
          </w:p>
        </w:tc>
        <w:tc>
          <w:tcPr>
            <w:tcW w:type="dxa" w:w="7427"/>
          </w:tcPr>
          <w:p>
            <w:r>
              <w:t>[BI-Tool], Git, Jira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(C1)</w:t>
            </w:r>
          </w:p>
        </w:tc>
      </w:tr>
    </w:tbl>
    <w:p>
      <w:pPr>
        <w:pBdr>
          <w:bottom w:val="single" w:sz="6" w:space="1" w:color="1F4E79"/>
        </w:pBdr>
        <w:spacing w:after="80" w:before="240"/>
      </w:pPr>
      <w:r>
        <w:rPr>
          <w:b/>
          <w:i w:val="0"/>
          <w:color w:val="1F4E79"/>
          <w:sz w:val="22"/>
        </w:rPr>
        <w:t>PROJEKTE UND ENGAGEMENT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Hochschulprojekt Bedarfsprognose</w:t>
            </w:r>
          </w:p>
          <w:p>
            <w:pPr>
              <w:pStyle w:val="ListBullet"/>
              <w:spacing w:after="160"/>
            </w:pPr>
            <w:r>
              <w:t>Prognosemodell für den Mensa-Einkauf im Team aus [Anzahl] Personen gebaut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sectPr w:rsidR="00FC693F" w:rsidRPr="0006063C" w:rsidSect="00034616">
      <w:footerReference w:type="default" r:id="rId9"/>
      <w:pgSz w:w="11906" w:h="16838"/>
      <w:pgMar w:top="907" w:right="1020" w:bottom="1304" w:left="1020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modern</dc:title>
  <dc:subject>Lebenslauf, modern, einspaltig mit Farbakzent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